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עלילת הרומאן, דמויותיו ומבנהו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הסמלים המרכזיים ואת תפקידם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נושאי הטוטליטריות, השליטה בשפה ובזיכרון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1984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משרד האמת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מר צ'רינגטון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היכולת להחזיק בשתי אמונות סותרות ולקבל את שתיהן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כל אסיר פוגש את הדבר הנורא ביותר בעיניו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ג'וליה מורדת מעשית, נהנית מהחיים ומהגוף ולא מתעניינת בתיאוריה או בהפלת המשטר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ברגע המעצר בחלק השני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להפך, סיים מאויד דווקא כי הוא חכם ומבין יותר מדי את מטרת המשטר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וולק משתמש במונח "טלצג", ואילו אריוך השתמש ב"טלסקרין"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משפט הסיום של הרומאן, בשני התרגומים בניסוח שונה 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(גיבור הרומאן, חבר במפלגה החיצונה שמתחיל לכתוב יומן אסור)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(מורדת מעשית שאוהבת חיים וגוף ולא מתעניינת בתיאוריה)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(איש מפלגה פנימית שמתגלה כפרובוקטור ומענה את וינסטון)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(שכן נאמן למפלגה שמולשן בידי בתו הקטנה)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(בעל חנות גרוטאות שמתגלה כאיש משטרת המחשבות)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טלצג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4. 101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פרולים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וינסטון מתחיל לכתוב יומן 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ג'וליה מוסרת לוינסטון פתק "אני אוהבת אותך"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השניים נשבעים אמונים ל"אחווה" אצל אובריאן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וינסטון וג'וליה נעצרים בחדר שמעל חנותו של צ'רינגטון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וינסטון בוגד בג'וליה בחדר 101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ניתוח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שהיא חפץ ישן ושביר מהעבר, מסמלת את עולמם הקטן והסודי, ומתנפצת בדיוק ברגע שהמשטר חושף ומחריב אותם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לקבל תשובה מנומקת שמתייחסת לאפשרות שהמשטר לא החזיק מעמד לנצח, כיוון שהנספח כתוב כעובדה היסטורית בלשון עבר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למעקב מתמיד והיעדר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לחדר 101 ולפחד הגדול ביותר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ליכולת להחזיק באמונות סותרות כדי לקבל את שליטת המפלגה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 מפגשים: עלילה ודמויות במפגש אחד, סמלים ונושאים במפגש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בכיתה שבבחינה מצטטים מהתרגום שנלמד, ולכן חשוב לדעת איזה תרגום נלמד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שאלת הנספח בלשון עבר לפני מתן המטלה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"1984" מאת ג'ורג' אורוול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הרומאן "1984" מתאר עולם טוטליטרי שבו המפלגה שולטת בכל תחומי החיים, כולל המחשבה והזיכרון. דף זה יעזור לכם לחזור על העלילה, הדמויות, הסמלים והנושאים המרכזיים לקראת הבחינה.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מתרחשת עלילת הרומאן?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1984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2019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1971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וינסטון סמית' עובד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משרד האהבה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משרד השפע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משרד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מתגלה בסוף כאיש משטרת המחשבות?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 צ'רינגטון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פרסונס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גולדשטיין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"הדוחשב"?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היכולת להחזיק בשתי אמונות סותרות ולקבל את שתיהן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מכשיר צילום 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אחר למשרד האמת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ילדים מעוות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בחדר 101?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אסיר פוגש את הדבר הנורא ביותר בעיניו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כותבים את היומן האסור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מתקיימות שתי דקות השנאה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נפגשים וינסטון וג'וליה בפעם הראשונה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ג'וליה מתעניינת מאוד בתיאוריה של המרד נגד המפלגה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משקולת הזכוכית מתנפצת ברגע המעצר של וינסטון וג'וליה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סיים מאויד כי הוא טיפש ולא מבין את מטרת השיחדש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בתרגום של ארז וולק משתמשים במונח "טלסקרין"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הרומאן מסתיים במשפט שבו וינסטון אוהב את האח הגדול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וינסטון סמית'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שכן נאמן למפלגה שמולשן בידי בתו הקטנה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ג'וליה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איש מפלגה פנימית שמתגלה כפרובוקטור ומענה את וינסטון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אובריאן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בעל חנות גרוטאות שמתגלה כאיש משטרת המחשבות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פרסונס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מורדת מעשית שאוהבת חיים וגוף ולא מתעניינת בתיאוריה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 צ'רינגטון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גיבור הרומאן, חבר במפלגה החיצונה שמתחיל לכתוב יומן אסור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מסך שמשדר תעמולה ומצלם בו-זמנית, ואי אפשר לכבות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וינסטון עובד במשרד ה__________, שם הוא מתקן מסמכים ישנים כך שיתאימו לקו המפלגה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השפה החדשה שנועדה לצמצם את יכולת המחשבה העצמאית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החדר שבו כל אסיר פוגש את הפחד הגדול ביותר שלו נקרא חדר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וינסטון מאמין שאם יש תקווה היא נמצאת אצל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וג'וליה נעצרים בחדר שמעל חנותו של צ'רינגטון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השניים נשבעים אמונים ל"אחווה" אצל אובריאן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מתחיל לכתוב יומן אסור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וינסטון בוגד בג'וליה בחדר 101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ג'וליה מוסרת לוינסטון פתק "אני אוהבת אותך"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ניתוח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משקולת הזכוכית היא סמל מתאים לעולמם הפרטי של וינסטון וג'וליה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מה מרמז הנספח "עקרונות השיחדש" הכתוב בלשון עבר?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הטלצג ומה תפקידו ברומאן?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ג'וליה וינסטון בוגדים זה בזה בסוף הרומאן?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"הדוחשב" וכיצד הוא קשור לשליטת המפלגה במחשבה?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"1984" מאת ג'ורג' אורוול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