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"1984" מאת ג'ורג' אורוול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עלילת הרומאן, דמויותיו ומבנהו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הסמלים המרכזיים ואת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נושאי הטוטליטריות, השליטה בשפה ובזיכרון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1984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משרד האמת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ג'וליה מורדת מעשית, נהנית מהחיים ומהגוף ולא מתעניינת בתיאוריה או בהפלת המשטר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ברגע המעצר בחלק השני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דמות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(גיבור הרומאן, חבר במפלגה החיצונה שמתחיל לכתוב יומן אסור)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(מורדת מעשית שאוהבת חיים וגוף ולא מתעניינת בתיאוריה)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(איש מפלגה פנימית שמתגלה כפרובוקטור ומענה את וינסטון)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(שכן נאמן למפלגה שמולשן בידי בתו הקטנה)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טלצג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וינסטון מתחיל לכתוב יומן אסור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ג'וליה מוסרת לוינסטון פתק "אני אוהבת אותך"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השניים נשבעים אמונים ל"אחווה" אצל אובריאן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וינסטון וג'וליה נעצרים בחדר שמעל חנותו של צ'רינגטון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ניתוח והבעה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למעקב מתמיד והיעדר פרטיות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לחדר 101 ולפחד הגדול ביותר של כל אחד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ליכולת להחזיק באמונות סותרות כדי לקבל את שליטת המפלגה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לשני מפגשים: עלילה ודמויות במפגש אחד, סמלים ונושאים במפגש 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בכיתה שבבחינה מצטטים מהתרגום שנלמד, ולכן חשוב לדעת איזה תרגום 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קצר על שאלת הנספח בלשון עבר לפני מתן המטלה הפתוחה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"1984" מאת ג'ורג' אורוול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הרומאן "1984" מתאר עולם טוטליטרי שבו המפלגה שולטת בכל תחומי החיים, כולל המחשבה והזיכרון. דף זה יעזור לכם לחזור על העלילה, הדמויות, הסמלים והנושאים המרכזיים לקראת הבחינה.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טלצג  ·  אמת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שנה מתרחשת עלילת הרומאן?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1984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2019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וינסטון סמית' עובד ב: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משרד האמת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משרד האהבה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משרד השפע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ג'וליה מתעניינת מאוד בתיאוריה של המרד נגד המפלגה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משקולת הזכוכית מתנפצת ברגע המעצר של וינסטון וג'וליה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דמות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וינסטון סמית'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מורדת מעשית שאוהבת חיים וגוף ולא מתעניינת בתיאוריה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ג'וליה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איש מפלגה פנימית שמתגלה כפרובוקטור ומענה את וינסטון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אובריאן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שכן נאמן למפלגה שמולשן בידי בתו הקטנה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פרסונס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גיבור הרומאן, חבר במפלגה החיצונה שמתחיל לכתוב יומן אסור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הוא מסך שמשדר תעמולה ומצלם בו-זמנית, ואי אפשר לכבות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וינסטון עובד במשרד ה__________, שם הוא מתקן מסמכים ישנים כך שיתאימו לקו המפלגה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מהלך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וינסטון וג'וליה נעצרים בחדר שמעל חנותו של צ'רינגטון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וינסטון מתחיל לכתוב יומן אסור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ג'וליה מוסרת לוינסטון פתק "אני אוהבת אותך"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השניים נשבעים אמונים ל"אחווה" אצל אובריאן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ניתוח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הטלצג ומה תפקידו ברומאן?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מדוע ג'וליה וינסטון בוגדים זה בזה בסוף הרומאן?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"1984" מאת ג'ורג' אורוול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